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A43FF" w14:textId="3F0A030A" w:rsidR="00797078" w:rsidRPr="00E545EC" w:rsidRDefault="00797078" w:rsidP="00797078">
      <w:pPr>
        <w:jc w:val="both"/>
        <w:rPr>
          <w:rFonts w:ascii="Calibri Light" w:eastAsia="Aptos" w:hAnsi="Calibri Light" w:cs="Calibri Light"/>
        </w:rPr>
      </w:pPr>
    </w:p>
    <w:p w14:paraId="346B13F4" w14:textId="0AE95920" w:rsidR="00E545EC" w:rsidRPr="00E545EC" w:rsidRDefault="00E545EC" w:rsidP="00E545EC">
      <w:pPr>
        <w:jc w:val="center"/>
        <w:rPr>
          <w:rFonts w:ascii="Calibri Light" w:eastAsia="Aptos" w:hAnsi="Calibri Light" w:cs="Calibri Light"/>
        </w:rPr>
      </w:pPr>
      <w:r w:rsidRPr="00E545EC">
        <w:rPr>
          <w:rFonts w:ascii="Calibri Light" w:eastAsia="Aptos" w:hAnsi="Calibri Light" w:cs="Calibri Light"/>
          <w:b/>
          <w:lang w:val="pt-BR"/>
        </w:rPr>
        <w:t>EDITAL Nº 006/2026 – BOLSA/CV 48/2024 - FUNCETIC/UENP/ AGEUNI</w:t>
      </w:r>
    </w:p>
    <w:p w14:paraId="7989E41D" w14:textId="4CC56D2D" w:rsidR="00DD1E97" w:rsidRPr="00E545EC" w:rsidRDefault="0019415E" w:rsidP="00797078">
      <w:pPr>
        <w:pStyle w:val="Ttulo1"/>
        <w:jc w:val="center"/>
        <w:rPr>
          <w:rFonts w:ascii="Calibri Light" w:hAnsi="Calibri Light" w:cs="Calibri Light"/>
          <w:color w:val="auto"/>
          <w:sz w:val="22"/>
          <w:szCs w:val="22"/>
          <w:lang w:val="pt-BR"/>
        </w:rPr>
      </w:pPr>
      <w:r w:rsidRPr="00E545EC">
        <w:rPr>
          <w:rFonts w:ascii="Calibri Light" w:hAnsi="Calibri Light" w:cs="Calibri Light"/>
          <w:color w:val="auto"/>
          <w:sz w:val="22"/>
          <w:szCs w:val="22"/>
          <w:lang w:val="pt-BR"/>
        </w:rPr>
        <w:t>ANEXO V — FORMULÁRIO PARA INTERPOSIÇÃO DE RECURSO</w:t>
      </w:r>
    </w:p>
    <w:p w14:paraId="12D9DAD4" w14:textId="77777777" w:rsidR="00797078" w:rsidRPr="00E545EC" w:rsidRDefault="00797078" w:rsidP="00797078">
      <w:pPr>
        <w:jc w:val="both"/>
        <w:rPr>
          <w:rFonts w:ascii="Calibri Light" w:hAnsi="Calibri Light" w:cs="Calibri Light"/>
          <w:lang w:val="pt-BR"/>
        </w:rPr>
      </w:pPr>
    </w:p>
    <w:p w14:paraId="588312D3" w14:textId="7C5DFC7B" w:rsidR="00DD1E97" w:rsidRPr="00E545EC" w:rsidRDefault="0019415E" w:rsidP="0019415E">
      <w:pPr>
        <w:rPr>
          <w:rFonts w:ascii="Calibri Light" w:hAnsi="Calibri Light" w:cs="Calibri Light"/>
          <w:lang w:val="pt-BR"/>
        </w:rPr>
      </w:pPr>
      <w:r w:rsidRPr="00E545EC">
        <w:rPr>
          <w:rFonts w:ascii="Calibri Light" w:hAnsi="Calibri Light" w:cs="Calibri Light"/>
          <w:lang w:val="pt-BR"/>
        </w:rPr>
        <w:t>DADOS DO(A) CANDIDATO(A)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545EC" w14:paraId="34A5A55B" w14:textId="77777777" w:rsidTr="00E545EC">
        <w:tc>
          <w:tcPr>
            <w:tcW w:w="2122" w:type="dxa"/>
            <w:tcBorders>
              <w:left w:val="nil"/>
            </w:tcBorders>
          </w:tcPr>
          <w:p w14:paraId="0E1CF697" w14:textId="2F9603B9" w:rsidR="00E545EC" w:rsidRPr="00E545EC" w:rsidRDefault="00E545EC" w:rsidP="00E545EC">
            <w:pPr>
              <w:spacing w:line="360" w:lineRule="auto"/>
              <w:rPr>
                <w:rFonts w:ascii="Calibri Light" w:hAnsi="Calibri Light" w:cs="Calibri Light"/>
                <w:b/>
                <w:bCs/>
                <w:lang w:val="pt-BR"/>
              </w:rPr>
            </w:pPr>
            <w:r w:rsidRPr="00E545EC">
              <w:rPr>
                <w:rFonts w:ascii="Calibri Light" w:hAnsi="Calibri Light" w:cs="Calibri Light"/>
                <w:b/>
                <w:bCs/>
                <w:lang w:val="pt-BR"/>
              </w:rPr>
              <w:t xml:space="preserve">Nome completo: </w:t>
            </w:r>
          </w:p>
        </w:tc>
        <w:tc>
          <w:tcPr>
            <w:tcW w:w="6940" w:type="dxa"/>
            <w:tcBorders>
              <w:right w:val="nil"/>
            </w:tcBorders>
          </w:tcPr>
          <w:p w14:paraId="082CAAEB" w14:textId="77777777" w:rsidR="00E545EC" w:rsidRDefault="00E545EC" w:rsidP="00E545EC">
            <w:pPr>
              <w:spacing w:line="360" w:lineRule="auto"/>
              <w:rPr>
                <w:rFonts w:ascii="Calibri Light" w:hAnsi="Calibri Light" w:cs="Calibri Light"/>
                <w:lang w:val="pt-BR"/>
              </w:rPr>
            </w:pPr>
          </w:p>
        </w:tc>
      </w:tr>
      <w:tr w:rsidR="00E545EC" w14:paraId="4C7BA002" w14:textId="77777777" w:rsidTr="00E545EC">
        <w:tc>
          <w:tcPr>
            <w:tcW w:w="2122" w:type="dxa"/>
            <w:tcBorders>
              <w:left w:val="nil"/>
            </w:tcBorders>
          </w:tcPr>
          <w:p w14:paraId="039C5072" w14:textId="0624ED6A" w:rsidR="00E545EC" w:rsidRPr="00E545EC" w:rsidRDefault="00E545EC" w:rsidP="00E545EC">
            <w:pPr>
              <w:spacing w:line="360" w:lineRule="auto"/>
              <w:rPr>
                <w:rFonts w:ascii="Calibri Light" w:hAnsi="Calibri Light" w:cs="Calibri Light"/>
                <w:b/>
                <w:bCs/>
                <w:lang w:val="pt-BR"/>
              </w:rPr>
            </w:pPr>
            <w:r w:rsidRPr="00E545EC">
              <w:rPr>
                <w:rFonts w:ascii="Calibri Light" w:hAnsi="Calibri Light" w:cs="Calibri Light"/>
                <w:b/>
                <w:bCs/>
                <w:lang w:val="pt-BR"/>
              </w:rPr>
              <w:t>CPF:</w:t>
            </w:r>
          </w:p>
        </w:tc>
        <w:tc>
          <w:tcPr>
            <w:tcW w:w="6940" w:type="dxa"/>
            <w:tcBorders>
              <w:right w:val="nil"/>
            </w:tcBorders>
          </w:tcPr>
          <w:p w14:paraId="1EC6D239" w14:textId="77777777" w:rsidR="00E545EC" w:rsidRDefault="00E545EC" w:rsidP="00E545EC">
            <w:pPr>
              <w:spacing w:line="360" w:lineRule="auto"/>
              <w:rPr>
                <w:rFonts w:ascii="Calibri Light" w:hAnsi="Calibri Light" w:cs="Calibri Light"/>
                <w:lang w:val="pt-BR"/>
              </w:rPr>
            </w:pPr>
          </w:p>
        </w:tc>
      </w:tr>
      <w:tr w:rsidR="00E545EC" w14:paraId="5E98BACE" w14:textId="77777777" w:rsidTr="00E545EC">
        <w:tc>
          <w:tcPr>
            <w:tcW w:w="2122" w:type="dxa"/>
            <w:tcBorders>
              <w:left w:val="nil"/>
            </w:tcBorders>
          </w:tcPr>
          <w:p w14:paraId="1B11A7D0" w14:textId="53AD3B76" w:rsidR="00E545EC" w:rsidRPr="00E545EC" w:rsidRDefault="00E545EC" w:rsidP="00E545EC">
            <w:pPr>
              <w:spacing w:line="360" w:lineRule="auto"/>
              <w:rPr>
                <w:rFonts w:ascii="Calibri Light" w:hAnsi="Calibri Light" w:cs="Calibri Light"/>
                <w:b/>
                <w:bCs/>
                <w:lang w:val="pt-BR"/>
              </w:rPr>
            </w:pPr>
            <w:r w:rsidRPr="00E545EC">
              <w:rPr>
                <w:rFonts w:ascii="Calibri Light" w:hAnsi="Calibri Light" w:cs="Calibri Light"/>
                <w:b/>
                <w:bCs/>
                <w:lang w:val="pt-BR"/>
              </w:rPr>
              <w:t>E-mail para contato:</w:t>
            </w:r>
          </w:p>
        </w:tc>
        <w:tc>
          <w:tcPr>
            <w:tcW w:w="6940" w:type="dxa"/>
            <w:tcBorders>
              <w:right w:val="nil"/>
            </w:tcBorders>
          </w:tcPr>
          <w:p w14:paraId="0F5F85B2" w14:textId="77777777" w:rsidR="00E545EC" w:rsidRDefault="00E545EC" w:rsidP="00E545EC">
            <w:pPr>
              <w:spacing w:line="360" w:lineRule="auto"/>
              <w:rPr>
                <w:rFonts w:ascii="Calibri Light" w:hAnsi="Calibri Light" w:cs="Calibri Light"/>
                <w:lang w:val="pt-BR"/>
              </w:rPr>
            </w:pPr>
          </w:p>
        </w:tc>
      </w:tr>
      <w:tr w:rsidR="00E545EC" w14:paraId="644DBABA" w14:textId="77777777" w:rsidTr="00E545EC">
        <w:tc>
          <w:tcPr>
            <w:tcW w:w="2122" w:type="dxa"/>
            <w:tcBorders>
              <w:left w:val="nil"/>
            </w:tcBorders>
          </w:tcPr>
          <w:p w14:paraId="2DD97F21" w14:textId="5AD5B4A7" w:rsidR="00E545EC" w:rsidRPr="00E545EC" w:rsidRDefault="00E545EC" w:rsidP="00E545EC">
            <w:pPr>
              <w:spacing w:line="360" w:lineRule="auto"/>
              <w:rPr>
                <w:rFonts w:ascii="Calibri Light" w:hAnsi="Calibri Light" w:cs="Calibri Light"/>
                <w:b/>
                <w:bCs/>
                <w:lang w:val="pt-BR"/>
              </w:rPr>
            </w:pPr>
            <w:r w:rsidRPr="00E545EC">
              <w:rPr>
                <w:rFonts w:ascii="Calibri Light" w:hAnsi="Calibri Light" w:cs="Calibri Light"/>
                <w:b/>
                <w:bCs/>
                <w:lang w:val="pt-BR"/>
              </w:rPr>
              <w:t>Modalidade da bolsa:</w:t>
            </w:r>
          </w:p>
        </w:tc>
        <w:tc>
          <w:tcPr>
            <w:tcW w:w="6940" w:type="dxa"/>
            <w:tcBorders>
              <w:right w:val="nil"/>
            </w:tcBorders>
          </w:tcPr>
          <w:p w14:paraId="0BEED428" w14:textId="21F7A098" w:rsidR="00E545EC" w:rsidRDefault="00E545EC" w:rsidP="00E545EC">
            <w:pPr>
              <w:spacing w:line="360" w:lineRule="auto"/>
              <w:rPr>
                <w:rFonts w:ascii="Calibri Light" w:hAnsi="Calibri Light" w:cs="Calibri Light"/>
                <w:lang w:val="pt-BR"/>
              </w:rPr>
            </w:pPr>
            <w:r w:rsidRPr="00E545EC">
              <w:rPr>
                <w:rFonts w:ascii="Calibri Light" w:hAnsi="Calibri Light" w:cs="Calibri Light"/>
                <w:lang w:val="pt-BR"/>
              </w:rPr>
              <w:t>Iniciação Científica</w:t>
            </w:r>
          </w:p>
        </w:tc>
      </w:tr>
    </w:tbl>
    <w:p w14:paraId="63E1E25C" w14:textId="77777777" w:rsidR="00E545EC" w:rsidRDefault="00E545EC">
      <w:pPr>
        <w:rPr>
          <w:rFonts w:ascii="Calibri Light" w:hAnsi="Calibri Light" w:cs="Calibri Light"/>
          <w:lang w:val="pt-BR"/>
        </w:rPr>
      </w:pPr>
    </w:p>
    <w:p w14:paraId="3DA57D2E" w14:textId="77777777" w:rsidR="00DD1E97" w:rsidRPr="00E545EC" w:rsidRDefault="0019415E">
      <w:pPr>
        <w:pStyle w:val="Ttulo2"/>
        <w:rPr>
          <w:rFonts w:ascii="Calibri Light" w:hAnsi="Calibri Light" w:cs="Calibri Light"/>
          <w:color w:val="auto"/>
          <w:sz w:val="22"/>
          <w:szCs w:val="22"/>
          <w:lang w:val="pt-BR"/>
        </w:rPr>
      </w:pPr>
      <w:r w:rsidRPr="00E545EC">
        <w:rPr>
          <w:rFonts w:ascii="Calibri Light" w:hAnsi="Calibri Light" w:cs="Calibri Light"/>
          <w:color w:val="auto"/>
          <w:sz w:val="22"/>
          <w:szCs w:val="22"/>
          <w:lang w:val="pt-BR"/>
        </w:rPr>
        <w:t>EXPOSIÇÃO DOS MOTIVOS DO RECURSO</w:t>
      </w:r>
    </w:p>
    <w:p w14:paraId="2CE55E98" w14:textId="77777777" w:rsidR="00E545EC" w:rsidRPr="00E545EC" w:rsidRDefault="0019415E" w:rsidP="00797078">
      <w:pPr>
        <w:jc w:val="both"/>
        <w:rPr>
          <w:rFonts w:ascii="Calibri Light" w:hAnsi="Calibri Light" w:cs="Calibri Light"/>
          <w:lang w:val="pt-BR"/>
        </w:rPr>
      </w:pPr>
      <w:r w:rsidRPr="00E545EC">
        <w:rPr>
          <w:rFonts w:ascii="Calibri Light" w:hAnsi="Calibri Light" w:cs="Calibri Light"/>
          <w:lang w:val="pt-BR"/>
        </w:rPr>
        <w:t>(Descrever de forma clara e objetiva os fundamentos do recurso. Caso necessário, anexar documentos comprobatórios.)</w:t>
      </w:r>
    </w:p>
    <w:p w14:paraId="31017CC2" w14:textId="5FA47B8F" w:rsidR="00E545EC" w:rsidRPr="00E545EC" w:rsidRDefault="00E545EC" w:rsidP="00797078">
      <w:pPr>
        <w:jc w:val="both"/>
        <w:rPr>
          <w:rFonts w:ascii="Calibri Light" w:hAnsi="Calibri Light" w:cs="Calibri Light"/>
        </w:rPr>
      </w:pPr>
    </w:p>
    <w:p w14:paraId="10C02ADA" w14:textId="211BDF5E" w:rsidR="00DD1E97" w:rsidRPr="00E545EC" w:rsidRDefault="00DD1E97" w:rsidP="00797078">
      <w:pPr>
        <w:jc w:val="both"/>
        <w:rPr>
          <w:rFonts w:ascii="Calibri Light" w:hAnsi="Calibri Light" w:cs="Calibri Light"/>
        </w:rPr>
      </w:pPr>
    </w:p>
    <w:p w14:paraId="69C24F16" w14:textId="77777777" w:rsidR="00604064" w:rsidRDefault="00604064">
      <w:pPr>
        <w:rPr>
          <w:rFonts w:ascii="Calibri Light" w:hAnsi="Calibri Light" w:cs="Calibri Light"/>
          <w:lang w:val="pt-BR"/>
        </w:rPr>
      </w:pPr>
    </w:p>
    <w:p w14:paraId="4972FB1D" w14:textId="77777777" w:rsidR="00604064" w:rsidRDefault="00604064">
      <w:pPr>
        <w:rPr>
          <w:rFonts w:ascii="Calibri Light" w:hAnsi="Calibri Light" w:cs="Calibri Light"/>
          <w:lang w:val="pt-BR"/>
        </w:rPr>
      </w:pPr>
    </w:p>
    <w:p w14:paraId="50933A99" w14:textId="77777777" w:rsidR="00604064" w:rsidRDefault="00604064">
      <w:pPr>
        <w:rPr>
          <w:rFonts w:ascii="Calibri Light" w:hAnsi="Calibri Light" w:cs="Calibri Light"/>
          <w:lang w:val="pt-BR"/>
        </w:rPr>
      </w:pPr>
    </w:p>
    <w:p w14:paraId="37389834" w14:textId="5B185C21" w:rsidR="00DD1E97" w:rsidRDefault="0019415E">
      <w:pPr>
        <w:rPr>
          <w:rFonts w:ascii="Calibri Light" w:hAnsi="Calibri Light" w:cs="Calibri Light"/>
          <w:lang w:val="pt-BR"/>
        </w:rPr>
      </w:pPr>
      <w:r w:rsidRPr="00E545EC">
        <w:rPr>
          <w:rFonts w:ascii="Calibri Light" w:hAnsi="Calibri Light" w:cs="Calibri Light"/>
          <w:lang w:val="pt-BR"/>
        </w:rPr>
        <w:t xml:space="preserve">Local e Data: </w:t>
      </w:r>
    </w:p>
    <w:p w14:paraId="7291C73A" w14:textId="77777777" w:rsidR="00E545EC" w:rsidRDefault="00E545EC">
      <w:pPr>
        <w:rPr>
          <w:rFonts w:ascii="Calibri Light" w:hAnsi="Calibri Light" w:cs="Calibri Light"/>
          <w:lang w:val="pt-BR"/>
        </w:rPr>
      </w:pPr>
    </w:p>
    <w:p w14:paraId="366B48F1" w14:textId="77777777" w:rsidR="00E545EC" w:rsidRPr="00E545EC" w:rsidRDefault="00E545EC">
      <w:pPr>
        <w:rPr>
          <w:rFonts w:ascii="Calibri Light" w:hAnsi="Calibri Light" w:cs="Calibri Light"/>
          <w:lang w:val="pt-BR"/>
        </w:rPr>
      </w:pPr>
    </w:p>
    <w:p w14:paraId="430A3AA1" w14:textId="08FFAEFD" w:rsidR="00E545EC" w:rsidRDefault="00E545EC" w:rsidP="00E545EC">
      <w:pPr>
        <w:jc w:val="center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t>_________________________________</w:t>
      </w:r>
    </w:p>
    <w:p w14:paraId="1133E6C6" w14:textId="6462F2D1" w:rsidR="00DD1E97" w:rsidRPr="00E545EC" w:rsidRDefault="0019415E" w:rsidP="00E545EC">
      <w:pPr>
        <w:jc w:val="center"/>
        <w:rPr>
          <w:rFonts w:ascii="Calibri Light" w:hAnsi="Calibri Light" w:cs="Calibri Light"/>
          <w:lang w:val="pt-BR"/>
        </w:rPr>
      </w:pPr>
      <w:r w:rsidRPr="00E545EC">
        <w:rPr>
          <w:rFonts w:ascii="Calibri Light" w:hAnsi="Calibri Light" w:cs="Calibri Light"/>
          <w:lang w:val="pt-BR"/>
        </w:rPr>
        <w:t>Assinatura (se for em formato físico)</w:t>
      </w:r>
    </w:p>
    <w:sectPr w:rsidR="00DD1E97" w:rsidRPr="00E545EC" w:rsidSect="00E545EC">
      <w:headerReference w:type="default" r:id="rId8"/>
      <w:footerReference w:type="default" r:id="rId9"/>
      <w:pgSz w:w="11907" w:h="16840" w:code="9"/>
      <w:pgMar w:top="181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08A1" w14:textId="77777777" w:rsidR="00A80602" w:rsidRDefault="00A80602" w:rsidP="00E545EC">
      <w:pPr>
        <w:spacing w:after="0" w:line="240" w:lineRule="auto"/>
      </w:pPr>
      <w:r>
        <w:separator/>
      </w:r>
    </w:p>
  </w:endnote>
  <w:endnote w:type="continuationSeparator" w:id="0">
    <w:p w14:paraId="1721294A" w14:textId="77777777" w:rsidR="00A80602" w:rsidRDefault="00A80602" w:rsidP="00E54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4EB9" w14:textId="77777777" w:rsidR="00E545EC" w:rsidRPr="005B2E61" w:rsidRDefault="00E545EC" w:rsidP="00E545EC">
    <w:pPr>
      <w:tabs>
        <w:tab w:val="center" w:pos="4550"/>
        <w:tab w:val="left" w:pos="5818"/>
      </w:tabs>
      <w:ind w:right="260"/>
      <w:jc w:val="right"/>
      <w:rPr>
        <w:rFonts w:cstheme="minorHAnsi"/>
        <w:sz w:val="16"/>
        <w:szCs w:val="16"/>
      </w:rPr>
    </w:pPr>
    <w:r w:rsidRPr="005B2E61">
      <w:rPr>
        <w:rFonts w:cstheme="minorHAnsi"/>
        <w:spacing w:val="60"/>
        <w:sz w:val="16"/>
        <w:szCs w:val="16"/>
      </w:rPr>
      <w:t>Página</w:t>
    </w:r>
    <w:r w:rsidRPr="005B2E61">
      <w:rPr>
        <w:rFonts w:cstheme="minorHAnsi"/>
        <w:sz w:val="16"/>
        <w:szCs w:val="16"/>
      </w:rPr>
      <w:t xml:space="preserve">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PAGE 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1</w:t>
    </w:r>
    <w:r w:rsidRPr="005B2E61">
      <w:rPr>
        <w:rFonts w:cstheme="minorHAnsi"/>
        <w:sz w:val="16"/>
        <w:szCs w:val="16"/>
      </w:rPr>
      <w:fldChar w:fldCharType="end"/>
    </w:r>
    <w:r w:rsidRPr="005B2E61">
      <w:rPr>
        <w:rFonts w:cstheme="minorHAnsi"/>
        <w:sz w:val="16"/>
        <w:szCs w:val="16"/>
      </w:rPr>
      <w:t xml:space="preserve"> |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NUMPAGES  \* Arabic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9</w:t>
    </w:r>
    <w:r w:rsidRPr="005B2E61">
      <w:rPr>
        <w:rFonts w:cstheme="minorHAnsi"/>
        <w:sz w:val="16"/>
        <w:szCs w:val="16"/>
      </w:rPr>
      <w:fldChar w:fldCharType="end"/>
    </w:r>
  </w:p>
  <w:p w14:paraId="198CE0A8" w14:textId="77777777" w:rsidR="00E545EC" w:rsidRPr="005B2E61" w:rsidRDefault="00E545EC" w:rsidP="00E545EC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Av. Presidente Castelo Branco, 655</w:t>
    </w:r>
    <w:r>
      <w:rPr>
        <w:rFonts w:ascii="Calibri" w:hAnsi="Calibri" w:cs="Calibri"/>
        <w:sz w:val="16"/>
        <w:szCs w:val="16"/>
      </w:rPr>
      <w:t xml:space="preserve">, </w:t>
    </w:r>
    <w:r w:rsidRPr="005B2E61">
      <w:rPr>
        <w:rFonts w:ascii="Calibri" w:hAnsi="Calibri" w:cs="Calibri"/>
        <w:sz w:val="16"/>
        <w:szCs w:val="16"/>
      </w:rPr>
      <w:t>Sala 03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J</w:t>
    </w:r>
    <w:r>
      <w:rPr>
        <w:rFonts w:ascii="Calibri" w:hAnsi="Calibri" w:cs="Calibri"/>
        <w:sz w:val="16"/>
        <w:szCs w:val="16"/>
      </w:rPr>
      <w:t>ardim</w:t>
    </w:r>
    <w:r w:rsidRPr="005B2E61">
      <w:rPr>
        <w:rFonts w:ascii="Calibri" w:hAnsi="Calibri" w:cs="Calibri"/>
        <w:sz w:val="16"/>
        <w:szCs w:val="16"/>
      </w:rPr>
      <w:t xml:space="preserve"> Presidente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Londrina/PR - CEP 86.061-335</w:t>
    </w:r>
  </w:p>
  <w:p w14:paraId="4C935184" w14:textId="77777777" w:rsidR="00E545EC" w:rsidRPr="005B2E61" w:rsidRDefault="00E545EC" w:rsidP="00E545EC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 xml:space="preserve">Fone/WhatsApp: (43) 9.9136-4318 </w:t>
    </w:r>
    <w:r>
      <w:rPr>
        <w:rFonts w:ascii="Calibri" w:hAnsi="Calibri" w:cs="Calibri"/>
        <w:sz w:val="16"/>
        <w:szCs w:val="16"/>
      </w:rPr>
      <w:t>/ 9.8816-3980</w:t>
    </w:r>
  </w:p>
  <w:p w14:paraId="087B030F" w14:textId="0F7127AB" w:rsidR="00E545EC" w:rsidRDefault="00E545EC" w:rsidP="00E545EC">
    <w:pPr>
      <w:tabs>
        <w:tab w:val="center" w:pos="4572"/>
        <w:tab w:val="left" w:pos="5818"/>
        <w:tab w:val="left" w:pos="8341"/>
      </w:tabs>
      <w:ind w:right="260"/>
      <w:jc w:val="center"/>
    </w:pPr>
    <w:r w:rsidRPr="005B2E61">
      <w:rPr>
        <w:rFonts w:ascii="Calibri" w:hAnsi="Calibri" w:cs="Calibri"/>
        <w:sz w:val="16"/>
        <w:szCs w:val="16"/>
      </w:rPr>
      <w:t xml:space="preserve">E-mail: </w:t>
    </w:r>
    <w:hyperlink r:id="rId1" w:history="1">
      <w:r w:rsidRPr="005B2E61">
        <w:rPr>
          <w:rStyle w:val="Hyperlink"/>
          <w:rFonts w:ascii="Calibri" w:hAnsi="Calibri" w:cs="Calibri"/>
          <w:sz w:val="16"/>
          <w:szCs w:val="16"/>
        </w:rPr>
        <w:t>funceticitedes@gmail.com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/ </w:t>
    </w:r>
    <w:hyperlink r:id="rId2" w:history="1">
      <w:r w:rsidRPr="005B2E61">
        <w:rPr>
          <w:rStyle w:val="Hyperlink"/>
          <w:rFonts w:ascii="Calibri" w:hAnsi="Calibri" w:cs="Calibri"/>
          <w:sz w:val="16"/>
          <w:szCs w:val="16"/>
        </w:rPr>
        <w:t>contato@funcetic.org.br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</w:t>
    </w:r>
    <w:r w:rsidRPr="005B2E61">
      <w:rPr>
        <w:rStyle w:val="Hyperlink"/>
        <w:rFonts w:ascii="Calibri" w:hAnsi="Calibri" w:cs="Calibri"/>
        <w:color w:val="auto"/>
        <w:sz w:val="16"/>
        <w:szCs w:val="16"/>
        <w:u w:val="none"/>
      </w:rPr>
      <w:t xml:space="preserve"> / </w:t>
    </w:r>
    <w:r w:rsidRPr="005B2E61">
      <w:rPr>
        <w:rFonts w:ascii="Calibri" w:hAnsi="Calibri" w:cs="Calibri"/>
        <w:sz w:val="16"/>
        <w:szCs w:val="16"/>
      </w:rPr>
      <w:t xml:space="preserve"> </w:t>
    </w:r>
    <w:hyperlink r:id="rId3" w:history="1">
      <w:r w:rsidRPr="005B2E61">
        <w:rPr>
          <w:rStyle w:val="Hyperlink"/>
          <w:rFonts w:ascii="Calibri" w:hAnsi="Calibri" w:cs="Calibri"/>
          <w:sz w:val="16"/>
          <w:szCs w:val="16"/>
        </w:rPr>
        <w:t>www.funcetic.org.br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DEA2" w14:textId="77777777" w:rsidR="00A80602" w:rsidRDefault="00A80602" w:rsidP="00E545EC">
      <w:pPr>
        <w:spacing w:after="0" w:line="240" w:lineRule="auto"/>
      </w:pPr>
      <w:r>
        <w:separator/>
      </w:r>
    </w:p>
  </w:footnote>
  <w:footnote w:type="continuationSeparator" w:id="0">
    <w:p w14:paraId="000EAC84" w14:textId="77777777" w:rsidR="00A80602" w:rsidRDefault="00A80602" w:rsidP="00E54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8025" w14:textId="77777777" w:rsidR="00E545EC" w:rsidRPr="003A5E04" w:rsidRDefault="00E545EC" w:rsidP="00E545EC">
    <w:pPr>
      <w:pStyle w:val="Cabealho"/>
      <w:jc w:val="right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591A307" wp14:editId="4F281823">
          <wp:simplePos x="0" y="0"/>
          <wp:positionH relativeFrom="column">
            <wp:posOffset>100965</wp:posOffset>
          </wp:positionH>
          <wp:positionV relativeFrom="paragraph">
            <wp:posOffset>-126365</wp:posOffset>
          </wp:positionV>
          <wp:extent cx="2413000" cy="682588"/>
          <wp:effectExtent l="0" t="0" r="6350" b="3810"/>
          <wp:wrapNone/>
          <wp:docPr id="197910985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21F6D1" w14:textId="77777777" w:rsidR="00E545EC" w:rsidRPr="005B2E61" w:rsidRDefault="00E545EC" w:rsidP="00E545EC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CNPJ nº 47.347.477/0001-01</w:t>
    </w:r>
  </w:p>
  <w:p w14:paraId="5D066EA4" w14:textId="77777777" w:rsidR="00E545EC" w:rsidRPr="005B2E61" w:rsidRDefault="00E545EC" w:rsidP="00E545EC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C.M.C. nº 3143724</w:t>
    </w:r>
  </w:p>
  <w:p w14:paraId="6156AF58" w14:textId="573A0C2C" w:rsidR="00E545EC" w:rsidRPr="00E545EC" w:rsidRDefault="00E545EC" w:rsidP="00E545EC">
    <w:pPr>
      <w:pStyle w:val="Cabealho"/>
      <w:jc w:val="right"/>
      <w:rPr>
        <w:rFonts w:ascii="Calibri" w:hAnsi="Calibri" w:cs="Calibri"/>
        <w:sz w:val="30"/>
        <w:szCs w:val="30"/>
      </w:rPr>
    </w:pPr>
    <w:r w:rsidRPr="000B3721">
      <w:rPr>
        <w:rFonts w:ascii="Calibri" w:hAnsi="Calibri" w:cs="Calibri"/>
        <w:sz w:val="30"/>
        <w:szCs w:val="30"/>
      </w:rPr>
      <w:t>___________________________________________________________</w:t>
    </w:r>
    <w:r>
      <w:rPr>
        <w:rFonts w:ascii="Calibri" w:hAnsi="Calibri" w:cs="Calibri"/>
        <w:sz w:val="30"/>
        <w:szCs w:val="30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2586843">
    <w:abstractNumId w:val="8"/>
  </w:num>
  <w:num w:numId="2" w16cid:durableId="1718119764">
    <w:abstractNumId w:val="6"/>
  </w:num>
  <w:num w:numId="3" w16cid:durableId="11492144">
    <w:abstractNumId w:val="5"/>
  </w:num>
  <w:num w:numId="4" w16cid:durableId="1396391076">
    <w:abstractNumId w:val="4"/>
  </w:num>
  <w:num w:numId="5" w16cid:durableId="1000934905">
    <w:abstractNumId w:val="7"/>
  </w:num>
  <w:num w:numId="6" w16cid:durableId="422528962">
    <w:abstractNumId w:val="3"/>
  </w:num>
  <w:num w:numId="7" w16cid:durableId="1432166387">
    <w:abstractNumId w:val="2"/>
  </w:num>
  <w:num w:numId="8" w16cid:durableId="1474568570">
    <w:abstractNumId w:val="1"/>
  </w:num>
  <w:num w:numId="9" w16cid:durableId="151711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69BE"/>
    <w:rsid w:val="0019415E"/>
    <w:rsid w:val="0029639D"/>
    <w:rsid w:val="00326F90"/>
    <w:rsid w:val="00604064"/>
    <w:rsid w:val="00797078"/>
    <w:rsid w:val="00A80602"/>
    <w:rsid w:val="00AA1D8D"/>
    <w:rsid w:val="00B47730"/>
    <w:rsid w:val="00CB0664"/>
    <w:rsid w:val="00D36DC5"/>
    <w:rsid w:val="00D52CE0"/>
    <w:rsid w:val="00DD1E97"/>
    <w:rsid w:val="00E545EC"/>
    <w:rsid w:val="00EC5EDF"/>
    <w:rsid w:val="00F57B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B7BCF"/>
  <w14:defaultImageDpi w14:val="300"/>
  <w15:docId w15:val="{CCADA693-6B9F-4D2D-A8A2-BF302EC2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9415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545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cetic.org.br" TargetMode="External"/><Relationship Id="rId2" Type="http://schemas.openxmlformats.org/officeDocument/2006/relationships/hyperlink" Target="mailto:contato@funcetic.org.br" TargetMode="External"/><Relationship Id="rId1" Type="http://schemas.openxmlformats.org/officeDocument/2006/relationships/hyperlink" Target="mailto:funceticited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Fundação FUNCETIC</cp:lastModifiedBy>
  <cp:revision>6</cp:revision>
  <dcterms:created xsi:type="dcterms:W3CDTF">2025-05-22T18:09:00Z</dcterms:created>
  <dcterms:modified xsi:type="dcterms:W3CDTF">2026-07-27T15:39:00Z</dcterms:modified>
  <cp:category/>
</cp:coreProperties>
</file>